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 w:cs="맑은 고딕" w:hint="eastAsia"/>
          <w:b/>
          <w:color w:val="06223F"/>
          <w:sz w:val="32"/>
        </w:rPr>
        <w:t>🗝️ 구약 인물 대탐험 — 게임 만들기 프롬프트</w:t>
      </w:r>
    </w:p>
    <w:p>
      <w:pPr>
        <w:spacing w:after="160"/>
      </w:pPr>
      <w:r>
        <w:rPr>
          <w:rFonts w:ascii="맑은 고딕" w:hAnsi="맑은 고딕" w:eastAsia="맑은 고딕" w:cs="맑은 고딕" w:hint="eastAsia"/>
          <w:b/>
        </w:rPr>
        <w:t xml:space="preserve">쓰는 법: </w:t>
      </w:r>
      <w:r>
        <w:rPr>
          <w:rFonts w:ascii="맑은 고딕" w:hAnsi="맑은 고딕" w:eastAsia="맑은 고딕" w:cs="맑은 고딕" w:hint="eastAsia"/>
        </w:rPr>
        <w:t xml:space="preserve">노란색으로 칠한 부분만 우리 교회에 맞게 고치세요. 나머지(게임 형식)는 그대로 두고, 전체를 복사해 AI(Claude, ChatGPT, Gemini)에 붙여 넣으면 됩니다.  </w:t>
      </w:r>
      <w:r>
        <w:rPr>
          <w:rFonts w:ascii="맑은 고딕" w:hAnsi="맑은 고딕" w:eastAsia="맑은 고딕" w:cs="맑은 고딕" w:hint="eastAsia"/>
          <w:highlight w:val="yellow"/>
        </w:rPr>
        <w:t>예: 전주홍산교회</w:t>
      </w:r>
    </w:p>
    <w:p>
      <w:pPr>
        <w:spacing w:after="200"/>
      </w:pPr>
      <w:r>
        <w:rPr>
          <w:rFonts w:ascii="맑은 고딕" w:hAnsi="맑은 고딕" w:eastAsia="맑은 고딕" w:cs="맑은 고딕" w:hint="eastAsia"/>
          <w:color w:val="666666"/>
          <w:sz w:val="17"/>
        </w:rPr>
        <w:t>출처: 소나무 이야기 창고 · play.jincheol.co.kr (교회와 사역 현장에서 자유롭게 쓰셔도 됩니다)</w:t>
      </w:r>
    </w:p>
    <w:p>
      <w:r>
        <w:rPr>
          <w:rFonts w:ascii="맑은 고딕" w:hAnsi="맑은 고딕" w:eastAsia="맑은 고딕" w:cs="맑은 고딕" w:hint="eastAsia"/>
        </w:rPr>
        <w:t>당신은 어린이 교회교육용 웹게임을 만드는 숙련된 개발자입니다.</w:t>
      </w:r>
    </w:p>
    <w:p>
      <w:r>
        <w:rPr>
          <w:rFonts w:ascii="맑은 고딕" w:hAnsi="맑은 고딕" w:eastAsia="맑은 고딕" w:cs="맑은 고딕" w:hint="eastAsia"/>
        </w:rPr>
        <w:t>아래 조건대로, 휴대폰·태블릿·PC 브라우저에서 바로 열리는 게임을 HTML 파일 하나(index.html)로 만들어 주세요.</w:t>
      </w:r>
    </w:p>
    <w:p>
      <w:r>
        <w:rPr>
          <w:rFonts w:ascii="맑은 고딕" w:hAnsi="맑은 고딕" w:eastAsia="맑은 고딕" w:cs="맑은 고딕" w:hint="eastAsia"/>
        </w:rPr>
        <w:t>외부 라이브러리 없이 HTML·CSS·JavaScript만 쓰고, 고치기 쉽도록 코드에 한글 주석을 달아 주세요.</w:t>
      </w:r>
    </w:p>
    <w:p>
      <w:r>
        <w:rPr>
          <w:rFonts w:ascii="맑은 고딕" w:hAnsi="맑은 고딕" w:eastAsia="맑은 고딕" w:cs="맑은 고딕" w:hint="eastAsia"/>
        </w:rPr>
        <w:t>게임 내용(인물·문제·말씀)은 코드 맨 위의 설정값 한곳에 모아서, 나중에 그 부분만 고치면 되게 만들어 주세요.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기본 정보</w:t>
      </w:r>
    </w:p>
    <w:p>
      <w:r>
        <w:rPr>
          <w:rFonts w:ascii="맑은 고딕" w:hAnsi="맑은 고딕" w:eastAsia="맑은 고딕" w:cs="맑은 고딕" w:hint="eastAsia"/>
        </w:rPr>
        <w:t xml:space="preserve">- 교회 이름: </w:t>
      </w:r>
      <w:r>
        <w:rPr>
          <w:rFonts w:ascii="맑은 고딕" w:hAnsi="맑은 고딕" w:eastAsia="맑은 고딕" w:cs="맑은 고딕" w:hint="eastAsia"/>
          <w:highlight w:val="yellow"/>
        </w:rPr>
        <w:t>전주홍산교회</w:t>
      </w:r>
    </w:p>
    <w:p>
      <w:r>
        <w:rPr>
          <w:rFonts w:ascii="맑은 고딕" w:hAnsi="맑은 고딕" w:eastAsia="맑은 고딕" w:cs="맑은 고딕" w:hint="eastAsia"/>
        </w:rPr>
        <w:t xml:space="preserve">- 게임 이름: </w:t>
      </w:r>
      <w:r>
        <w:rPr>
          <w:rFonts w:ascii="맑은 고딕" w:hAnsi="맑은 고딕" w:eastAsia="맑은 고딕" w:cs="맑은 고딕" w:hint="eastAsia"/>
          <w:highlight w:val="yellow"/>
        </w:rPr>
        <w:t>구약 인물 대탐험!</w:t>
      </w:r>
    </w:p>
    <w:p>
      <w:r>
        <w:rPr>
          <w:rFonts w:ascii="맑은 고딕" w:hAnsi="맑은 고딕" w:eastAsia="맑은 고딕" w:cs="맑은 고딕" w:hint="eastAsia"/>
        </w:rPr>
        <w:t xml:space="preserve">- 영어 부제: </w:t>
      </w:r>
      <w:r>
        <w:rPr>
          <w:rFonts w:ascii="맑은 고딕" w:hAnsi="맑은 고딕" w:eastAsia="맑은 고딕" w:cs="맑은 고딕" w:hint="eastAsia"/>
          <w:highlight w:val="yellow"/>
        </w:rPr>
        <w:t>OLD TESTAMENT ADVENTURE</w:t>
      </w:r>
    </w:p>
    <w:p>
      <w:r>
        <w:rPr>
          <w:rFonts w:ascii="맑은 고딕" w:hAnsi="맑은 고딕" w:eastAsia="맑은 고딕" w:cs="맑은 고딕" w:hint="eastAsia"/>
        </w:rPr>
        <w:t>- 표지 문구: "</w:t>
      </w:r>
      <w:r>
        <w:rPr>
          <w:rFonts w:ascii="맑은 고딕" w:hAnsi="맑은 고딕" w:eastAsia="맑은 고딕" w:cs="맑은 고딕" w:hint="eastAsia"/>
          <w:highlight w:val="yellow"/>
        </w:rPr>
        <w:t>🕵️ 다섯 명의 믿음의 인물을 찾아라!</w:t>
      </w:r>
      <w:r>
        <w:rPr>
          <w:rFonts w:ascii="맑은 고딕" w:hAnsi="맑은 고딕" w:eastAsia="맑은 고딕" w:cs="맑은 고딕" w:hint="eastAsia"/>
        </w:rPr>
        <w:t xml:space="preserve"> </w:t>
      </w:r>
      <w:r>
        <w:rPr>
          <w:rFonts w:ascii="맑은 고딕" w:hAnsi="맑은 고딕" w:eastAsia="맑은 고딕" w:cs="맑은 고딕" w:hint="eastAsia"/>
          <w:highlight w:val="yellow"/>
        </w:rPr>
        <w:t>다섯 개의 비밀 방을 탈출하며 믿음의 인물들을 찾아보는 성경 모험!</w:t>
      </w:r>
      <w:r>
        <w:rPr>
          <w:rFonts w:ascii="맑은 고딕" w:hAnsi="맑은 고딕" w:eastAsia="맑은 고딕" w:cs="맑은 고딕" w:hint="eastAsia"/>
        </w:rPr>
        <w:t>"</w:t>
      </w:r>
    </w:p>
    <w:p>
      <w:r>
        <w:rPr>
          <w:rFonts w:ascii="맑은 고딕" w:hAnsi="맑은 고딕" w:eastAsia="맑은 고딕" w:cs="맑은 고딕" w:hint="eastAsia"/>
        </w:rPr>
        <w:t xml:space="preserve">- 대상: </w:t>
      </w:r>
      <w:r>
        <w:rPr>
          <w:rFonts w:ascii="맑은 고딕" w:hAnsi="맑은 고딕" w:eastAsia="맑은 고딕" w:cs="맑은 고딕" w:hint="eastAsia"/>
          <w:highlight w:val="yellow"/>
        </w:rPr>
        <w:t>초등부 ~ 온 가족</w:t>
      </w:r>
    </w:p>
    <w:p>
      <w:r>
        <w:rPr>
          <w:rFonts w:ascii="맑은 고딕" w:hAnsi="맑은 고딕" w:eastAsia="맑은 고딕" w:cs="맑은 고딕" w:hint="eastAsia"/>
        </w:rPr>
        <w:t xml:space="preserve">- 제한 시간: </w:t>
      </w:r>
      <w:r>
        <w:rPr>
          <w:rFonts w:ascii="맑은 고딕" w:hAnsi="맑은 고딕" w:eastAsia="맑은 고딕" w:cs="맑은 고딕" w:hint="eastAsia"/>
          <w:highlight w:val="yellow"/>
        </w:rPr>
        <w:t>30</w:t>
      </w:r>
      <w:r>
        <w:rPr>
          <w:rFonts w:ascii="맑은 고딕" w:hAnsi="맑은 고딕" w:eastAsia="맑은 고딕" w:cs="맑은 고딕" w:hint="eastAsia"/>
        </w:rPr>
        <w:t>분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게임 방식 (이 형식은 그대로 지켜 주세요)</w:t>
      </w:r>
    </w:p>
    <w:p>
      <w:r>
        <w:rPr>
          <w:rFonts w:ascii="맑은 고딕" w:hAnsi="맑은 고딕" w:eastAsia="맑은 고딕" w:cs="맑은 고딕" w:hint="eastAsia"/>
        </w:rPr>
        <w:t>- 방이 5개인 방탈출 게임입니다. 화면 위쪽에 '1 / 5 방', 남은 시간(분:초)을 보여 줍니다.</w:t>
      </w:r>
    </w:p>
    <w:p>
      <w:r>
        <w:rPr>
          <w:rFonts w:ascii="맑은 고딕" w:hAnsi="맑은 고딕" w:eastAsia="맑은 고딕" w:cs="맑은 고딕" w:hint="eastAsia"/>
        </w:rPr>
        <w:t>- 시작 화면: 개인전/팀전 선택, 이름(또는 팀 이름) 입력칸, '탐험 시작하기' 버튼, '이어서 하기' 버튼.</w:t>
      </w:r>
    </w:p>
    <w:p>
      <w:r>
        <w:rPr>
          <w:rFonts w:ascii="맑은 고딕" w:hAnsi="맑은 고딕" w:eastAsia="맑은 고딕" w:cs="맑은 고딕" w:hint="eastAsia"/>
        </w:rPr>
        <w:t>- 각 방은 큰 배경 그림 위에 '빛나는 물건' 버튼 3개가 반짝입니다. 누르면 단서 설명이 뜨고 '찾은 단서' 가방에 들어갑니다.</w:t>
      </w:r>
    </w:p>
    <w:p>
      <w:r>
        <w:rPr>
          <w:rFonts w:ascii="맑은 고딕" w:hAnsi="맑은 고딕" w:eastAsia="맑은 고딕" w:cs="맑은 고딕" w:hint="eastAsia"/>
        </w:rPr>
        <w:t>- 단서 3개를 다 찾아야 '잠긴 문'의 정답 입력칸이 열립니다("🔒 단서 3개가 필요해요" 표시).</w:t>
      </w:r>
    </w:p>
    <w:p>
      <w:r>
        <w:rPr>
          <w:rFonts w:ascii="맑은 고딕" w:hAnsi="맑은 고딕" w:eastAsia="맑은 고딕" w:cs="맑은 고딕" w:hint="eastAsia"/>
        </w:rPr>
        <w:t>- 정답은 띄어쓰기·문장부호·'입니다/이에요/요' 같은 끝말을 무시하고 비교해 주세요(예: "노아입니다" → 정답).</w:t>
      </w:r>
    </w:p>
    <w:p>
      <w:r>
        <w:rPr>
          <w:rFonts w:ascii="맑은 고딕" w:hAnsi="맑은 고딕" w:eastAsia="맑은 고딕" w:cs="맑은 고딕" w:hint="eastAsia"/>
        </w:rPr>
        <w:t>- 맞히면 문이 열리는 애니메이션(작은 사람과 강아지가 걸어 나가는 장면) 뒤에 다음 방으로 갑니다. 틀리면 오답 횟수를 셉니다.</w:t>
      </w:r>
    </w:p>
    <w:p>
      <w:r>
        <w:rPr>
          <w:rFonts w:ascii="맑은 고딕" w:hAnsi="맑은 고딕" w:eastAsia="맑은 고딕" w:cs="맑은 고딕" w:hint="eastAsia"/>
        </w:rPr>
        <w:t>- 버튼: 💡 힌트(사용 횟수 기록), 🔁 다시 듣기, ↺ 처음, ♫ 음악 ON/OFF, 🗣️ 음성 ON/OFF.</w:t>
      </w:r>
    </w:p>
    <w:p>
      <w:r>
        <w:rPr>
          <w:rFonts w:ascii="맑은 고딕" w:hAnsi="맑은 고딕" w:eastAsia="맑은 고딕" w:cs="맑은 고딕" w:hint="eastAsia"/>
        </w:rPr>
        <w:t>- '</w:t>
      </w:r>
      <w:r>
        <w:rPr>
          <w:rFonts w:ascii="맑은 고딕" w:hAnsi="맑은 고딕" w:eastAsia="맑은 고딕" w:cs="맑은 고딕" w:hint="eastAsia"/>
          <w:highlight w:val="yellow"/>
        </w:rPr>
        <w:t>꼬마 탐험가</w:t>
      </w:r>
      <w:r>
        <w:rPr>
          <w:rFonts w:ascii="맑은 고딕" w:hAnsi="맑은 고딕" w:eastAsia="맑은 고딕" w:cs="맑은 고딕" w:hint="eastAsia"/>
        </w:rPr>
        <w:t>' 안내 친구가 말풍선으로 말하고, 같은 문장을 브라우저 음성합성(ko-KR, 높이 1.28)으로 읽어 줍니다. 음성이 나올 때는 배경음악 소리를 줄여 주세요.</w:t>
      </w:r>
    </w:p>
    <w:p>
      <w:r>
        <w:rPr>
          <w:rFonts w:ascii="맑은 고딕" w:hAnsi="맑은 고딕" w:eastAsia="맑은 고딕" w:cs="맑은 고딕" w:hint="eastAsia"/>
        </w:rPr>
        <w:t>- 진행 상태는 localStorage에 저장해 이어 할 수 있게 합니다. 시간이 다 되면 "끝까지 도전한 너는 멋진 탐험가야!" 창을 띄웁니다.</w:t>
      </w:r>
    </w:p>
    <w:p>
      <w:r>
        <w:rPr>
          <w:rFonts w:ascii="맑은 고딕" w:hAnsi="맑은 고딕" w:eastAsia="맑은 고딕" w:cs="맑은 고딕" w:hint="eastAsia"/>
        </w:rPr>
        <w:t xml:space="preserve">- 마지막 방을 나가면 성공 화면: 큰 제목 "🌟 </w:t>
      </w:r>
      <w:r>
        <w:rPr>
          <w:rFonts w:ascii="맑은 고딕" w:hAnsi="맑은 고딕" w:eastAsia="맑은 고딕" w:cs="맑은 고딕" w:hint="eastAsia"/>
          <w:highlight w:val="yellow"/>
        </w:rPr>
        <w:t>구약 인물 대탐험</w:t>
      </w:r>
      <w:r>
        <w:rPr>
          <w:rFonts w:ascii="맑은 고딕" w:hAnsi="맑은 고딕" w:eastAsia="맑은 고딕" w:cs="맑은 고딕" w:hint="eastAsia"/>
        </w:rPr>
        <w:t xml:space="preserve"> 성공!", 문구 "</w:t>
      </w:r>
      <w:r>
        <w:rPr>
          <w:rFonts w:ascii="맑은 고딕" w:hAnsi="맑은 고딕" w:eastAsia="맑은 고딕" w:cs="맑은 고딕" w:hint="eastAsia"/>
          <w:highlight w:val="yellow"/>
        </w:rPr>
        <w:t>믿음의 사람들처럼 하나님을 신뢰해요.</w:t>
      </w:r>
      <w:r>
        <w:rPr>
          <w:rFonts w:ascii="맑은 고딕" w:hAnsi="맑은 고딕" w:eastAsia="맑은 고딕" w:cs="맑은 고딕" w:hint="eastAsia"/>
        </w:rPr>
        <w:t>",</w:t>
      </w:r>
    </w:p>
    <w:p>
      <w:r>
        <w:rPr>
          <w:rFonts w:ascii="맑은 고딕" w:hAnsi="맑은 고딕" w:eastAsia="맑은 고딕" w:cs="맑은 고딕" w:hint="eastAsia"/>
        </w:rPr>
        <w:t xml:space="preserve">  탈출 시간·힌트 횟수·오답 횟수, '🏅 결과 복사' 버튼(결과 문장 끝에 "</w:t>
      </w:r>
      <w:r>
        <w:rPr>
          <w:rFonts w:ascii="맑은 고딕" w:hAnsi="맑은 고딕" w:eastAsia="맑은 고딕" w:cs="맑은 고딕" w:hint="eastAsia"/>
          <w:highlight w:val="yellow"/>
        </w:rPr>
        <w:t>“너희는 세상의 빛이라” (마 5:14)</w:t>
      </w:r>
      <w:r>
        <w:rPr>
          <w:rFonts w:ascii="맑은 고딕" w:hAnsi="맑은 고딕" w:eastAsia="맑은 고딕" w:cs="맑은 고딕" w:hint="eastAsia"/>
        </w:rPr>
        <w:t>"), '처음부터 다시 탐험' 버튼.</w:t>
      </w:r>
    </w:p>
    <w:p>
      <w:r>
        <w:rPr>
          <w:rFonts w:ascii="맑은 고딕" w:hAnsi="맑은 고딕" w:eastAsia="맑은 고딕" w:cs="맑은 고딕" w:hint="eastAsia"/>
        </w:rPr>
        <w:t xml:space="preserve">- 배경음악 파일: </w:t>
      </w:r>
      <w:r>
        <w:rPr>
          <w:rFonts w:ascii="맑은 고딕" w:hAnsi="맑은 고딕" w:eastAsia="맑은 고딕" w:cs="맑은 고딕" w:hint="eastAsia"/>
          <w:highlight w:val="yellow"/>
        </w:rPr>
        <w:t>assets/bgm.mp3</w:t>
      </w:r>
      <w:r>
        <w:rPr>
          <w:rFonts w:ascii="맑은 고딕" w:hAnsi="맑은 고딕" w:eastAsia="맑은 고딕" w:cs="맑은 고딕" w:hint="eastAsia"/>
        </w:rPr>
        <w:t xml:space="preserve"> (없으면 음악 없이 진행, 첫 터치 후 재생)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방 내용 (방마다: 방 이름 / 본문 / 들어갈 때 안내 / 문제 / 정답 / 힌트 / 맞혔을 때 / 단서 3개[이름·이모지·설명])</w:t>
      </w:r>
    </w:p>
    <w:p>
      <w:r>
        <w:rPr>
          <w:rFonts w:ascii="맑은 고딕" w:hAnsi="맑은 고딕" w:eastAsia="맑은 고딕" w:cs="맑은 고딕" w:hint="eastAsia"/>
        </w:rPr>
        <w:t>1번 방</w:t>
      </w:r>
    </w:p>
    <w:p>
      <w:r>
        <w:rPr>
          <w:rFonts w:ascii="맑은 고딕" w:hAnsi="맑은 고딕" w:eastAsia="맑은 고딕" w:cs="맑은 고딕" w:hint="eastAsia"/>
        </w:rPr>
        <w:t xml:space="preserve">- 방 이름: </w:t>
      </w:r>
      <w:r>
        <w:rPr>
          <w:rFonts w:ascii="맑은 고딕" w:hAnsi="맑은 고딕" w:eastAsia="맑은 고딕" w:cs="맑은 고딕" w:hint="eastAsia"/>
          <w:highlight w:val="yellow"/>
        </w:rPr>
        <w:t>비밀의 방주 작업실</w:t>
      </w:r>
      <w:r>
        <w:rPr>
          <w:rFonts w:ascii="맑은 고딕" w:hAnsi="맑은 고딕" w:eastAsia="맑은 고딕" w:cs="맑은 고딕" w:hint="eastAsia"/>
        </w:rPr>
        <w:t xml:space="preserve"> / 본문: </w:t>
      </w:r>
      <w:r>
        <w:rPr>
          <w:rFonts w:ascii="맑은 고딕" w:hAnsi="맑은 고딕" w:eastAsia="맑은 고딕" w:cs="맑은 고딕" w:hint="eastAsia"/>
          <w:highlight w:val="yellow"/>
        </w:rPr>
        <w:t>창세기 6–9장</w:t>
      </w:r>
    </w:p>
    <w:p>
      <w:r>
        <w:rPr>
          <w:rFonts w:ascii="맑은 고딕" w:hAnsi="맑은 고딕" w:eastAsia="맑은 고딕" w:cs="맑은 고딕" w:hint="eastAsia"/>
        </w:rPr>
        <w:t xml:space="preserve">- 안내: </w:t>
      </w:r>
      <w:r>
        <w:rPr>
          <w:rFonts w:ascii="맑은 고딕" w:hAnsi="맑은 고딕" w:eastAsia="맑은 고딕" w:cs="맑은 고딕" w:hint="eastAsia"/>
          <w:highlight w:val="yellow"/>
        </w:rPr>
        <w:t>첫 번째 방이야! 무지개와 동물들이 보이네. 이 방의 주인공이 누구인지 찾아보자!</w:t>
      </w:r>
    </w:p>
    <w:p>
      <w:r>
        <w:rPr>
          <w:rFonts w:ascii="맑은 고딕" w:hAnsi="맑은 고딕" w:eastAsia="맑은 고딕" w:cs="맑은 고딕" w:hint="eastAsia"/>
        </w:rPr>
        <w:t xml:space="preserve">- 문제: </w:t>
      </w:r>
      <w:r>
        <w:rPr>
          <w:rFonts w:ascii="맑은 고딕" w:hAnsi="맑은 고딕" w:eastAsia="맑은 고딕" w:cs="맑은 고딕" w:hint="eastAsia"/>
          <w:highlight w:val="yellow"/>
        </w:rPr>
        <w:t>방주를 만들고 하나님의 말씀에 순종한 이 인물은 누구일까요?</w:t>
      </w:r>
      <w:r>
        <w:rPr>
          <w:rFonts w:ascii="맑은 고딕" w:hAnsi="맑은 고딕" w:eastAsia="맑은 고딕" w:cs="맑은 고딕" w:hint="eastAsia"/>
        </w:rPr>
        <w:t xml:space="preserve"> / 정답: </w:t>
      </w:r>
      <w:r>
        <w:rPr>
          <w:rFonts w:ascii="맑은 고딕" w:hAnsi="맑은 고딕" w:eastAsia="맑은 고딕" w:cs="맑은 고딕" w:hint="eastAsia"/>
          <w:highlight w:val="yellow"/>
        </w:rPr>
        <w:t>노아</w:t>
      </w:r>
    </w:p>
    <w:p>
      <w:r>
        <w:rPr>
          <w:rFonts w:ascii="맑은 고딕" w:hAnsi="맑은 고딕" w:eastAsia="맑은 고딕" w:cs="맑은 고딕" w:hint="eastAsia"/>
        </w:rPr>
        <w:t xml:space="preserve">- 힌트: </w:t>
      </w:r>
      <w:r>
        <w:rPr>
          <w:rFonts w:ascii="맑은 고딕" w:hAnsi="맑은 고딕" w:eastAsia="맑은 고딕" w:cs="맑은 고딕" w:hint="eastAsia"/>
          <w:highlight w:val="yellow"/>
        </w:rPr>
        <w:t>동물들이 둘씩 방주로 들어갔고, 비가 그친 뒤 무지개 언약을 받았어.</w:t>
      </w:r>
    </w:p>
    <w:p>
      <w:r>
        <w:rPr>
          <w:rFonts w:ascii="맑은 고딕" w:hAnsi="맑은 고딕" w:eastAsia="맑은 고딕" w:cs="맑은 고딕" w:hint="eastAsia"/>
        </w:rPr>
        <w:t xml:space="preserve">- 맞혔을 때: </w:t>
      </w:r>
      <w:r>
        <w:rPr>
          <w:rFonts w:ascii="맑은 고딕" w:hAnsi="맑은 고딕" w:eastAsia="맑은 고딕" w:cs="맑은 고딕" w:hint="eastAsia"/>
          <w:highlight w:val="yellow"/>
        </w:rPr>
        <w:t>맞아! 노아는 하나님의 말씀에 순종하며 방주를 준비했어.</w:t>
      </w:r>
    </w:p>
    <w:p>
      <w:r>
        <w:rPr>
          <w:rFonts w:ascii="맑은 고딕" w:hAnsi="맑은 고딕" w:eastAsia="맑은 고딕" w:cs="맑은 고딕" w:hint="eastAsia"/>
        </w:rPr>
        <w:t xml:space="preserve">- 단서: </w:t>
      </w:r>
      <w:r>
        <w:rPr>
          <w:rFonts w:ascii="맑은 고딕" w:hAnsi="맑은 고딕" w:eastAsia="맑은 고딕" w:cs="맑은 고딕" w:hint="eastAsia"/>
          <w:highlight w:val="yellow"/>
        </w:rPr>
        <w:t>설계도 📜 — 탁자 위 설계도에 커다란 배 그림이 보여. 물 위에 뜨는 방주야!</w:t>
      </w:r>
    </w:p>
    <w:p>
      <w:r>
        <w:rPr>
          <w:rFonts w:ascii="맑은 고딕" w:hAnsi="맑은 고딕" w:eastAsia="맑은 고딕" w:cs="맑은 고딕" w:hint="eastAsia"/>
        </w:rPr>
        <w:t xml:space="preserve">        </w:t>
      </w:r>
      <w:r>
        <w:rPr>
          <w:rFonts w:ascii="맑은 고딕" w:hAnsi="맑은 고딕" w:eastAsia="맑은 고딕" w:cs="맑은 고딕" w:hint="eastAsia"/>
          <w:highlight w:val="yellow"/>
        </w:rPr>
        <w:t>등불 🏮 — 밝은 등불 옆에 작은 배 모형이 있어. 하나님의 지시대로 만든 배 같아.</w:t>
      </w:r>
    </w:p>
    <w:p>
      <w:r>
        <w:rPr>
          <w:rFonts w:ascii="맑은 고딕" w:hAnsi="맑은 고딕" w:eastAsia="맑은 고딕" w:cs="맑은 고딕" w:hint="eastAsia"/>
        </w:rPr>
        <w:t xml:space="preserve">        </w:t>
      </w:r>
      <w:r>
        <w:rPr>
          <w:rFonts w:ascii="맑은 고딕" w:hAnsi="맑은 고딕" w:eastAsia="맑은 고딕" w:cs="맑은 고딕" w:hint="eastAsia"/>
          <w:highlight w:val="yellow"/>
        </w:rPr>
        <w:t>무지개 문 🌈 — 문 밖 하늘에 무지개가 떠 있어. 하나님이 언약의 표로 주신 것이지!</w:t>
      </w:r>
    </w:p>
    <w:p/>
    <w:p>
      <w:r>
        <w:rPr>
          <w:rFonts w:ascii="맑은 고딕" w:hAnsi="맑은 고딕" w:eastAsia="맑은 고딕" w:cs="맑은 고딕" w:hint="eastAsia"/>
        </w:rPr>
        <w:t>2번 방</w:t>
      </w:r>
    </w:p>
    <w:p>
      <w:r>
        <w:rPr>
          <w:rFonts w:ascii="맑은 고딕" w:hAnsi="맑은 고딕" w:eastAsia="맑은 고딕" w:cs="맑은 고딕" w:hint="eastAsia"/>
        </w:rPr>
        <w:t xml:space="preserve">- 방 이름: </w:t>
      </w:r>
      <w:r>
        <w:rPr>
          <w:rFonts w:ascii="맑은 고딕" w:hAnsi="맑은 고딕" w:eastAsia="맑은 고딕" w:cs="맑은 고딕" w:hint="eastAsia"/>
          <w:highlight w:val="yellow"/>
        </w:rPr>
        <w:t>신비한 이집트 곡식창고</w:t>
      </w:r>
      <w:r>
        <w:rPr>
          <w:rFonts w:ascii="맑은 고딕" w:hAnsi="맑은 고딕" w:eastAsia="맑은 고딕" w:cs="맑은 고딕" w:hint="eastAsia"/>
        </w:rPr>
        <w:t xml:space="preserve"> / 본문: </w:t>
      </w:r>
      <w:r>
        <w:rPr>
          <w:rFonts w:ascii="맑은 고딕" w:hAnsi="맑은 고딕" w:eastAsia="맑은 고딕" w:cs="맑은 고딕" w:hint="eastAsia"/>
          <w:highlight w:val="yellow"/>
        </w:rPr>
        <w:t>창세기 37–50장</w:t>
      </w:r>
    </w:p>
    <w:p>
      <w:r>
        <w:rPr>
          <w:rFonts w:ascii="맑은 고딕" w:hAnsi="맑은 고딕" w:eastAsia="맑은 고딕" w:cs="맑은 고딕" w:hint="eastAsia"/>
        </w:rPr>
        <w:t xml:space="preserve">- 안내: </w:t>
      </w:r>
      <w:r>
        <w:rPr>
          <w:rFonts w:ascii="맑은 고딕" w:hAnsi="맑은 고딕" w:eastAsia="맑은 고딕" w:cs="맑은 고딕" w:hint="eastAsia"/>
          <w:highlight w:val="yellow"/>
        </w:rPr>
        <w:t>두 번째 방은 이집트의 곡식 창고야. 꿈을 해석한 인물을 떠올려 보자!</w:t>
      </w:r>
    </w:p>
    <w:p>
      <w:r>
        <w:rPr>
          <w:rFonts w:ascii="맑은 고딕" w:hAnsi="맑은 고딕" w:eastAsia="맑은 고딕" w:cs="맑은 고딕" w:hint="eastAsia"/>
        </w:rPr>
        <w:t xml:space="preserve">- 문제: </w:t>
      </w:r>
      <w:r>
        <w:rPr>
          <w:rFonts w:ascii="맑은 고딕" w:hAnsi="맑은 고딕" w:eastAsia="맑은 고딕" w:cs="맑은 고딕" w:hint="eastAsia"/>
          <w:highlight w:val="yellow"/>
        </w:rPr>
        <w:t>이집트에서 꿈을 해석하고 곡식을 저장해 많은 사람을 살린 인물은 누구일까요?</w:t>
      </w:r>
      <w:r>
        <w:rPr>
          <w:rFonts w:ascii="맑은 고딕" w:hAnsi="맑은 고딕" w:eastAsia="맑은 고딕" w:cs="맑은 고딕" w:hint="eastAsia"/>
        </w:rPr>
        <w:t xml:space="preserve"> / 정답: </w:t>
      </w:r>
      <w:r>
        <w:rPr>
          <w:rFonts w:ascii="맑은 고딕" w:hAnsi="맑은 고딕" w:eastAsia="맑은 고딕" w:cs="맑은 고딕" w:hint="eastAsia"/>
          <w:highlight w:val="yellow"/>
        </w:rPr>
        <w:t>요셉</w:t>
      </w:r>
    </w:p>
    <w:p>
      <w:r>
        <w:rPr>
          <w:rFonts w:ascii="맑은 고딕" w:hAnsi="맑은 고딕" w:eastAsia="맑은 고딕" w:cs="맑은 고딕" w:hint="eastAsia"/>
        </w:rPr>
        <w:t xml:space="preserve">- 힌트: </w:t>
      </w:r>
      <w:r>
        <w:rPr>
          <w:rFonts w:ascii="맑은 고딕" w:hAnsi="맑은 고딕" w:eastAsia="맑은 고딕" w:cs="맑은 고딕" w:hint="eastAsia"/>
          <w:highlight w:val="yellow"/>
        </w:rPr>
        <w:t>형들에게 미움을 받았지만 하나님이 그를 높여 총리처럼 쓰셨어.</w:t>
      </w:r>
    </w:p>
    <w:p>
      <w:r>
        <w:rPr>
          <w:rFonts w:ascii="맑은 고딕" w:hAnsi="맑은 고딕" w:eastAsia="맑은 고딕" w:cs="맑은 고딕" w:hint="eastAsia"/>
        </w:rPr>
        <w:t xml:space="preserve">- 맞혔을 때: </w:t>
      </w:r>
      <w:r>
        <w:rPr>
          <w:rFonts w:ascii="맑은 고딕" w:hAnsi="맑은 고딕" w:eastAsia="맑은 고딕" w:cs="맑은 고딕" w:hint="eastAsia"/>
          <w:highlight w:val="yellow"/>
        </w:rPr>
        <w:t>정답! 요셉은 어려움 속에서도 하나님을 신뢰했어.</w:t>
      </w:r>
    </w:p>
    <w:p>
      <w:r>
        <w:rPr>
          <w:rFonts w:ascii="맑은 고딕" w:hAnsi="맑은 고딕" w:eastAsia="맑은 고딕" w:cs="맑은 고딕" w:hint="eastAsia"/>
        </w:rPr>
        <w:t xml:space="preserve">- 단서: </w:t>
      </w:r>
      <w:r>
        <w:rPr>
          <w:rFonts w:ascii="맑은 고딕" w:hAnsi="맑은 고딕" w:eastAsia="맑은 고딕" w:cs="맑은 고딕" w:hint="eastAsia"/>
          <w:highlight w:val="yellow"/>
        </w:rPr>
        <w:t>은잔 🥤 — 반짝이는 잔이 보여. 형들을 시험할 때 사용된 특별한 은잔이야.</w:t>
      </w:r>
    </w:p>
    <w:p>
      <w:r>
        <w:rPr>
          <w:rFonts w:ascii="맑은 고딕" w:hAnsi="맑은 고딕" w:eastAsia="맑은 고딕" w:cs="맑은 고딕" w:hint="eastAsia"/>
        </w:rPr>
        <w:t xml:space="preserve">        </w:t>
      </w:r>
      <w:r>
        <w:rPr>
          <w:rFonts w:ascii="맑은 고딕" w:hAnsi="맑은 고딕" w:eastAsia="맑은 고딕" w:cs="맑은 고딕" w:hint="eastAsia"/>
          <w:highlight w:val="yellow"/>
        </w:rPr>
        <w:t>곡식 자루 🌾 — 사방에 곡식 자루가 가득해. 흉년을 대비해 저장한 흔적이야.</w:t>
      </w:r>
    </w:p>
    <w:p>
      <w:r>
        <w:rPr>
          <w:rFonts w:ascii="맑은 고딕" w:hAnsi="맑은 고딕" w:eastAsia="맑은 고딕" w:cs="맑은 고딕" w:hint="eastAsia"/>
        </w:rPr>
        <w:t xml:space="preserve">        </w:t>
      </w:r>
      <w:r>
        <w:rPr>
          <w:rFonts w:ascii="맑은 고딕" w:hAnsi="맑은 고딕" w:eastAsia="맑은 고딕" w:cs="맑은 고딕" w:hint="eastAsia"/>
          <w:highlight w:val="yellow"/>
        </w:rPr>
        <w:t>두루마리 📜 — 지도 위 두루마리에 꿈과 해석이 적혀 있어. 바로의 꿈을 떠올리게 해.</w:t>
      </w:r>
    </w:p>
    <w:p/>
    <w:p>
      <w:r>
        <w:rPr>
          <w:rFonts w:ascii="맑은 고딕" w:hAnsi="맑은 고딕" w:eastAsia="맑은 고딕" w:cs="맑은 고딕" w:hint="eastAsia"/>
        </w:rPr>
        <w:t>3번 방</w:t>
      </w:r>
    </w:p>
    <w:p>
      <w:r>
        <w:rPr>
          <w:rFonts w:ascii="맑은 고딕" w:hAnsi="맑은 고딕" w:eastAsia="맑은 고딕" w:cs="맑은 고딕" w:hint="eastAsia"/>
        </w:rPr>
        <w:t xml:space="preserve">- 방 이름: </w:t>
      </w:r>
      <w:r>
        <w:rPr>
          <w:rFonts w:ascii="맑은 고딕" w:hAnsi="맑은 고딕" w:eastAsia="맑은 고딕" w:cs="맑은 고딕" w:hint="eastAsia"/>
          <w:highlight w:val="yellow"/>
        </w:rPr>
        <w:t>광야의 돌판과 지팡이</w:t>
      </w:r>
      <w:r>
        <w:rPr>
          <w:rFonts w:ascii="맑은 고딕" w:hAnsi="맑은 고딕" w:eastAsia="맑은 고딕" w:cs="맑은 고딕" w:hint="eastAsia"/>
        </w:rPr>
        <w:t xml:space="preserve"> / 본문: </w:t>
      </w:r>
      <w:r>
        <w:rPr>
          <w:rFonts w:ascii="맑은 고딕" w:hAnsi="맑은 고딕" w:eastAsia="맑은 고딕" w:cs="맑은 고딕" w:hint="eastAsia"/>
          <w:highlight w:val="yellow"/>
        </w:rPr>
        <w:t>출애굽기 3장, 19–20장</w:t>
      </w:r>
    </w:p>
    <w:p>
      <w:r>
        <w:rPr>
          <w:rFonts w:ascii="맑은 고딕" w:hAnsi="맑은 고딕" w:eastAsia="맑은 고딕" w:cs="맑은 고딕" w:hint="eastAsia"/>
        </w:rPr>
        <w:t xml:space="preserve">- 안내: </w:t>
      </w:r>
      <w:r>
        <w:rPr>
          <w:rFonts w:ascii="맑은 고딕" w:hAnsi="맑은 고딕" w:eastAsia="맑은 고딕" w:cs="맑은 고딕" w:hint="eastAsia"/>
          <w:highlight w:val="yellow"/>
        </w:rPr>
        <w:t>세 번째 방은 광야의 천막이야. 산 아래 돌판과 지팡이를 살펴보자!</w:t>
      </w:r>
    </w:p>
    <w:p>
      <w:r>
        <w:rPr>
          <w:rFonts w:ascii="맑은 고딕" w:hAnsi="맑은 고딕" w:eastAsia="맑은 고딕" w:cs="맑은 고딕" w:hint="eastAsia"/>
        </w:rPr>
        <w:t xml:space="preserve">- 문제: </w:t>
      </w:r>
      <w:r>
        <w:rPr>
          <w:rFonts w:ascii="맑은 고딕" w:hAnsi="맑은 고딕" w:eastAsia="맑은 고딕" w:cs="맑은 고딕" w:hint="eastAsia"/>
          <w:highlight w:val="yellow"/>
        </w:rPr>
        <w:t>불타는 떨기나무 앞에서 부르심을 받고, 백성을 이끌며 십계명을 받은 인물은 누구일까요?</w:t>
      </w:r>
      <w:r>
        <w:rPr>
          <w:rFonts w:ascii="맑은 고딕" w:hAnsi="맑은 고딕" w:eastAsia="맑은 고딕" w:cs="맑은 고딕" w:hint="eastAsia"/>
        </w:rPr>
        <w:t xml:space="preserve"> / 정답: </w:t>
      </w:r>
      <w:r>
        <w:rPr>
          <w:rFonts w:ascii="맑은 고딕" w:hAnsi="맑은 고딕" w:eastAsia="맑은 고딕" w:cs="맑은 고딕" w:hint="eastAsia"/>
          <w:highlight w:val="yellow"/>
        </w:rPr>
        <w:t>모세</w:t>
      </w:r>
    </w:p>
    <w:p>
      <w:r>
        <w:rPr>
          <w:rFonts w:ascii="맑은 고딕" w:hAnsi="맑은 고딕" w:eastAsia="맑은 고딕" w:cs="맑은 고딕" w:hint="eastAsia"/>
        </w:rPr>
        <w:t xml:space="preserve">- 힌트: </w:t>
      </w:r>
      <w:r>
        <w:rPr>
          <w:rFonts w:ascii="맑은 고딕" w:hAnsi="맑은 고딕" w:eastAsia="맑은 고딕" w:cs="맑은 고딕" w:hint="eastAsia"/>
          <w:highlight w:val="yellow"/>
        </w:rPr>
        <w:t>홍해가 갈라지고, 시내 산에서 돌판을 받았어.</w:t>
      </w:r>
    </w:p>
    <w:p>
      <w:r>
        <w:rPr>
          <w:rFonts w:ascii="맑은 고딕" w:hAnsi="맑은 고딕" w:eastAsia="맑은 고딕" w:cs="맑은 고딕" w:hint="eastAsia"/>
        </w:rPr>
        <w:t xml:space="preserve">- 맞혔을 때: </w:t>
      </w:r>
      <w:r>
        <w:rPr>
          <w:rFonts w:ascii="맑은 고딕" w:hAnsi="맑은 고딕" w:eastAsia="맑은 고딕" w:cs="맑은 고딕" w:hint="eastAsia"/>
          <w:highlight w:val="yellow"/>
        </w:rPr>
        <w:t>그래! 모세는 하나님이 맡기신 사명을 따라 백성을 이끌었어.</w:t>
      </w:r>
    </w:p>
    <w:p>
      <w:r>
        <w:rPr>
          <w:rFonts w:ascii="맑은 고딕" w:hAnsi="맑은 고딕" w:eastAsia="맑은 고딕" w:cs="맑은 고딕" w:hint="eastAsia"/>
        </w:rPr>
        <w:t xml:space="preserve">- 단서: </w:t>
      </w:r>
      <w:r>
        <w:rPr>
          <w:rFonts w:ascii="맑은 고딕" w:hAnsi="맑은 고딕" w:eastAsia="맑은 고딕" w:cs="맑은 고딕" w:hint="eastAsia"/>
          <w:highlight w:val="yellow"/>
        </w:rPr>
        <w:t>돌판 🪨 — 바위 옆 돌판 두 개에 글자가 새겨져 있어. 하나님의 계명이야.</w:t>
      </w:r>
    </w:p>
    <w:p>
      <w:r>
        <w:rPr>
          <w:rFonts w:ascii="맑은 고딕" w:hAnsi="맑은 고딕" w:eastAsia="맑은 고딕" w:cs="맑은 고딕" w:hint="eastAsia"/>
        </w:rPr>
        <w:t xml:space="preserve">        </w:t>
      </w:r>
      <w:r>
        <w:rPr>
          <w:rFonts w:ascii="맑은 고딕" w:hAnsi="맑은 고딕" w:eastAsia="맑은 고딕" w:cs="맑은 고딕" w:hint="eastAsia"/>
          <w:highlight w:val="yellow"/>
        </w:rPr>
        <w:t>지팡이 🪄 — 긴 지팡이가 바위 옆에 기대어 있어. 지도자가 손에 들던 지팡이 같아.</w:t>
      </w:r>
    </w:p>
    <w:p>
      <w:r>
        <w:rPr>
          <w:rFonts w:ascii="맑은 고딕" w:hAnsi="맑은 고딕" w:eastAsia="맑은 고딕" w:cs="맑은 고딕" w:hint="eastAsia"/>
        </w:rPr>
        <w:t xml:space="preserve">        </w:t>
      </w:r>
      <w:r>
        <w:rPr>
          <w:rFonts w:ascii="맑은 고딕" w:hAnsi="맑은 고딕" w:eastAsia="맑은 고딕" w:cs="맑은 고딕" w:hint="eastAsia"/>
          <w:highlight w:val="yellow"/>
        </w:rPr>
        <w:t>두루마리 지도 🗺️ — 바닥의 지도에는 광야 길과 산으로 가는 점선이 그려져 있어.</w:t>
      </w:r>
    </w:p>
    <w:p/>
    <w:p>
      <w:r>
        <w:rPr>
          <w:rFonts w:ascii="맑은 고딕" w:hAnsi="맑은 고딕" w:eastAsia="맑은 고딕" w:cs="맑은 고딕" w:hint="eastAsia"/>
        </w:rPr>
        <w:t>4번 방</w:t>
      </w:r>
    </w:p>
    <w:p>
      <w:r>
        <w:rPr>
          <w:rFonts w:ascii="맑은 고딕" w:hAnsi="맑은 고딕" w:eastAsia="맑은 고딕" w:cs="맑은 고딕" w:hint="eastAsia"/>
        </w:rPr>
        <w:t xml:space="preserve">- 방 이름: </w:t>
      </w:r>
      <w:r>
        <w:rPr>
          <w:rFonts w:ascii="맑은 고딕" w:hAnsi="맑은 고딕" w:eastAsia="맑은 고딕" w:cs="맑은 고딕" w:hint="eastAsia"/>
          <w:highlight w:val="yellow"/>
        </w:rPr>
        <w:t>왕궁의 황금 수금</w:t>
      </w:r>
      <w:r>
        <w:rPr>
          <w:rFonts w:ascii="맑은 고딕" w:hAnsi="맑은 고딕" w:eastAsia="맑은 고딕" w:cs="맑은 고딕" w:hint="eastAsia"/>
        </w:rPr>
        <w:t xml:space="preserve"> / 본문: </w:t>
      </w:r>
      <w:r>
        <w:rPr>
          <w:rFonts w:ascii="맑은 고딕" w:hAnsi="맑은 고딕" w:eastAsia="맑은 고딕" w:cs="맑은 고딕" w:hint="eastAsia"/>
          <w:highlight w:val="yellow"/>
        </w:rPr>
        <w:t>사무엘상 16–17장, 시편</w:t>
      </w:r>
    </w:p>
    <w:p>
      <w:r>
        <w:rPr>
          <w:rFonts w:ascii="맑은 고딕" w:hAnsi="맑은 고딕" w:eastAsia="맑은 고딕" w:cs="맑은 고딕" w:hint="eastAsia"/>
        </w:rPr>
        <w:t xml:space="preserve">- 안내: </w:t>
      </w:r>
      <w:r>
        <w:rPr>
          <w:rFonts w:ascii="맑은 고딕" w:hAnsi="맑은 고딕" w:eastAsia="맑은 고딕" w:cs="맑은 고딕" w:hint="eastAsia"/>
          <w:highlight w:val="yellow"/>
        </w:rPr>
        <w:t>네 번째 방은 찬양이 가득한 궁전이야. 음악과 왕의 물건을 찾아보자!</w:t>
      </w:r>
    </w:p>
    <w:p>
      <w:r>
        <w:rPr>
          <w:rFonts w:ascii="맑은 고딕" w:hAnsi="맑은 고딕" w:eastAsia="맑은 고딕" w:cs="맑은 고딕" w:hint="eastAsia"/>
        </w:rPr>
        <w:t xml:space="preserve">- 문제: </w:t>
      </w:r>
      <w:r>
        <w:rPr>
          <w:rFonts w:ascii="맑은 고딕" w:hAnsi="맑은 고딕" w:eastAsia="맑은 고딕" w:cs="맑은 고딕" w:hint="eastAsia"/>
          <w:highlight w:val="yellow"/>
        </w:rPr>
        <w:t>수금을 연주하고, 돌팔매로 골리앗을 물리친 왕은 누구일까요?</w:t>
      </w:r>
      <w:r>
        <w:rPr>
          <w:rFonts w:ascii="맑은 고딕" w:hAnsi="맑은 고딕" w:eastAsia="맑은 고딕" w:cs="맑은 고딕" w:hint="eastAsia"/>
        </w:rPr>
        <w:t xml:space="preserve"> / 정답: </w:t>
      </w:r>
      <w:r>
        <w:rPr>
          <w:rFonts w:ascii="맑은 고딕" w:hAnsi="맑은 고딕" w:eastAsia="맑은 고딕" w:cs="맑은 고딕" w:hint="eastAsia"/>
          <w:highlight w:val="yellow"/>
        </w:rPr>
        <w:t>다윗</w:t>
      </w:r>
    </w:p>
    <w:p>
      <w:r>
        <w:rPr>
          <w:rFonts w:ascii="맑은 고딕" w:hAnsi="맑은 고딕" w:eastAsia="맑은 고딕" w:cs="맑은 고딕" w:hint="eastAsia"/>
        </w:rPr>
        <w:t xml:space="preserve">- 힌트: </w:t>
      </w:r>
      <w:r>
        <w:rPr>
          <w:rFonts w:ascii="맑은 고딕" w:hAnsi="맑은 고딕" w:eastAsia="맑은 고딕" w:cs="맑은 고딕" w:hint="eastAsia"/>
          <w:highlight w:val="yellow"/>
        </w:rPr>
        <w:t>목동 출신이며 시편을 많이 남겼고, 하나님을 찬양했어.</w:t>
      </w:r>
    </w:p>
    <w:p>
      <w:r>
        <w:rPr>
          <w:rFonts w:ascii="맑은 고딕" w:hAnsi="맑은 고딕" w:eastAsia="맑은 고딕" w:cs="맑은 고딕" w:hint="eastAsia"/>
        </w:rPr>
        <w:t xml:space="preserve">- 맞혔을 때: </w:t>
      </w:r>
      <w:r>
        <w:rPr>
          <w:rFonts w:ascii="맑은 고딕" w:hAnsi="맑은 고딕" w:eastAsia="맑은 고딕" w:cs="맑은 고딕" w:hint="eastAsia"/>
          <w:highlight w:val="yellow"/>
        </w:rPr>
        <w:t>맞았어! 다윗은 하나님을 사랑하며 찬양했던 왕이야.</w:t>
      </w:r>
    </w:p>
    <w:p>
      <w:r>
        <w:rPr>
          <w:rFonts w:ascii="맑은 고딕" w:hAnsi="맑은 고딕" w:eastAsia="맑은 고딕" w:cs="맑은 고딕" w:hint="eastAsia"/>
        </w:rPr>
        <w:t xml:space="preserve">- 단서: </w:t>
      </w:r>
      <w:r>
        <w:rPr>
          <w:rFonts w:ascii="맑은 고딕" w:hAnsi="맑은 고딕" w:eastAsia="맑은 고딕" w:cs="맑은 고딕" w:hint="eastAsia"/>
          <w:highlight w:val="yellow"/>
        </w:rPr>
        <w:t>수금 🎶 — 황금빛 수금이 반짝여. 줄을 튕기면 아름다운 찬양이 울릴 것 같아.</w:t>
      </w:r>
    </w:p>
    <w:p>
      <w:r>
        <w:rPr>
          <w:rFonts w:ascii="맑은 고딕" w:hAnsi="맑은 고딕" w:eastAsia="맑은 고딕" w:cs="맑은 고딕" w:hint="eastAsia"/>
        </w:rPr>
        <w:t xml:space="preserve">        </w:t>
      </w:r>
      <w:r>
        <w:rPr>
          <w:rFonts w:ascii="맑은 고딕" w:hAnsi="맑은 고딕" w:eastAsia="맑은 고딕" w:cs="맑은 고딕" w:hint="eastAsia"/>
          <w:highlight w:val="yellow"/>
        </w:rPr>
        <w:t>왕관 👑 — 보랏빛 방석 위에 왕관이 놓여 있어. 이 방의 주인을 알려 주는 것 같아.</w:t>
      </w:r>
    </w:p>
    <w:p>
      <w:r>
        <w:rPr>
          <w:rFonts w:ascii="맑은 고딕" w:hAnsi="맑은 고딕" w:eastAsia="맑은 고딕" w:cs="맑은 고딕" w:hint="eastAsia"/>
        </w:rPr>
        <w:t xml:space="preserve">        </w:t>
      </w:r>
      <w:r>
        <w:rPr>
          <w:rFonts w:ascii="맑은 고딕" w:hAnsi="맑은 고딕" w:eastAsia="맑은 고딕" w:cs="맑은 고딕" w:hint="eastAsia"/>
          <w:highlight w:val="yellow"/>
        </w:rPr>
        <w:t>돌 다섯 개 🪨 — 탁자 위 가죽끈 곁에 작은 돌 다섯 개가 있어. 용감한 전투를 떠올리게 해.</w:t>
      </w:r>
    </w:p>
    <w:p/>
    <w:p>
      <w:r>
        <w:rPr>
          <w:rFonts w:ascii="맑은 고딕" w:hAnsi="맑은 고딕" w:eastAsia="맑은 고딕" w:cs="맑은 고딕" w:hint="eastAsia"/>
        </w:rPr>
        <w:t>5번 방</w:t>
      </w:r>
    </w:p>
    <w:p>
      <w:r>
        <w:rPr>
          <w:rFonts w:ascii="맑은 고딕" w:hAnsi="맑은 고딕" w:eastAsia="맑은 고딕" w:cs="맑은 고딕" w:hint="eastAsia"/>
        </w:rPr>
        <w:t xml:space="preserve">- 방 이름: </w:t>
      </w:r>
      <w:r>
        <w:rPr>
          <w:rFonts w:ascii="맑은 고딕" w:hAnsi="맑은 고딕" w:eastAsia="맑은 고딕" w:cs="맑은 고딕" w:hint="eastAsia"/>
          <w:highlight w:val="yellow"/>
        </w:rPr>
        <w:t>사자 문양의 비밀 궁전</w:t>
      </w:r>
      <w:r>
        <w:rPr>
          <w:rFonts w:ascii="맑은 고딕" w:hAnsi="맑은 고딕" w:eastAsia="맑은 고딕" w:cs="맑은 고딕" w:hint="eastAsia"/>
        </w:rPr>
        <w:t xml:space="preserve"> / 본문: </w:t>
      </w:r>
      <w:r>
        <w:rPr>
          <w:rFonts w:ascii="맑은 고딕" w:hAnsi="맑은 고딕" w:eastAsia="맑은 고딕" w:cs="맑은 고딕" w:hint="eastAsia"/>
          <w:highlight w:val="yellow"/>
        </w:rPr>
        <w:t>다니엘 6장</w:t>
      </w:r>
    </w:p>
    <w:p>
      <w:r>
        <w:rPr>
          <w:rFonts w:ascii="맑은 고딕" w:hAnsi="맑은 고딕" w:eastAsia="맑은 고딕" w:cs="맑은 고딕" w:hint="eastAsia"/>
        </w:rPr>
        <w:t xml:space="preserve">- 안내: </w:t>
      </w:r>
      <w:r>
        <w:rPr>
          <w:rFonts w:ascii="맑은 고딕" w:hAnsi="맑은 고딕" w:eastAsia="맑은 고딕" w:cs="맑은 고딕" w:hint="eastAsia"/>
          <w:highlight w:val="yellow"/>
        </w:rPr>
        <w:t>마지막 방이야! 사자들이 보이지만 겁내지 마. 끝까지 기도한 인물을 찾아보자!</w:t>
      </w:r>
    </w:p>
    <w:p>
      <w:r>
        <w:rPr>
          <w:rFonts w:ascii="맑은 고딕" w:hAnsi="맑은 고딕" w:eastAsia="맑은 고딕" w:cs="맑은 고딕" w:hint="eastAsia"/>
        </w:rPr>
        <w:t xml:space="preserve">- 문제: </w:t>
      </w:r>
      <w:r>
        <w:rPr>
          <w:rFonts w:ascii="맑은 고딕" w:hAnsi="맑은 고딕" w:eastAsia="맑은 고딕" w:cs="맑은 고딕" w:hint="eastAsia"/>
          <w:highlight w:val="yellow"/>
        </w:rPr>
        <w:t>하루 세 번 하나님께 기도하다가 사자굴에 들어갔지만 하나님이 지켜 주신 인물은 누구일까요?</w:t>
      </w:r>
      <w:r>
        <w:rPr>
          <w:rFonts w:ascii="맑은 고딕" w:hAnsi="맑은 고딕" w:eastAsia="맑은 고딕" w:cs="맑은 고딕" w:hint="eastAsia"/>
        </w:rPr>
        <w:t xml:space="preserve"> / 정답: </w:t>
      </w:r>
      <w:r>
        <w:rPr>
          <w:rFonts w:ascii="맑은 고딕" w:hAnsi="맑은 고딕" w:eastAsia="맑은 고딕" w:cs="맑은 고딕" w:hint="eastAsia"/>
          <w:highlight w:val="yellow"/>
        </w:rPr>
        <w:t>다니엘</w:t>
      </w:r>
    </w:p>
    <w:p>
      <w:r>
        <w:rPr>
          <w:rFonts w:ascii="맑은 고딕" w:hAnsi="맑은 고딕" w:eastAsia="맑은 고딕" w:cs="맑은 고딕" w:hint="eastAsia"/>
        </w:rPr>
        <w:t xml:space="preserve">- 힌트: </w:t>
      </w:r>
      <w:r>
        <w:rPr>
          <w:rFonts w:ascii="맑은 고딕" w:hAnsi="맑은 고딕" w:eastAsia="맑은 고딕" w:cs="맑은 고딕" w:hint="eastAsia"/>
          <w:highlight w:val="yellow"/>
        </w:rPr>
        <w:t>왕보다 하나님께 먼저 기도했고, 사자들의 입이 막혔어.</w:t>
      </w:r>
    </w:p>
    <w:p>
      <w:r>
        <w:rPr>
          <w:rFonts w:ascii="맑은 고딕" w:hAnsi="맑은 고딕" w:eastAsia="맑은 고딕" w:cs="맑은 고딕" w:hint="eastAsia"/>
        </w:rPr>
        <w:t xml:space="preserve">- 맞혔을 때: </w:t>
      </w:r>
      <w:r>
        <w:rPr>
          <w:rFonts w:ascii="맑은 고딕" w:hAnsi="맑은 고딕" w:eastAsia="맑은 고딕" w:cs="맑은 고딕" w:hint="eastAsia"/>
          <w:highlight w:val="yellow"/>
        </w:rPr>
        <w:t>훌륭해! 다니엘은 끝까지 믿음을 지켰어.</w:t>
      </w:r>
    </w:p>
    <w:p>
      <w:r>
        <w:rPr>
          <w:rFonts w:ascii="맑은 고딕" w:hAnsi="맑은 고딕" w:eastAsia="맑은 고딕" w:cs="맑은 고딕" w:hint="eastAsia"/>
        </w:rPr>
        <w:t xml:space="preserve">- 단서: </w:t>
      </w:r>
      <w:r>
        <w:rPr>
          <w:rFonts w:ascii="맑은 고딕" w:hAnsi="맑은 고딕" w:eastAsia="맑은 고딕" w:cs="맑은 고딕" w:hint="eastAsia"/>
          <w:highlight w:val="yellow"/>
        </w:rPr>
        <w:t>기도 두루마리 🙏 — 펼쳐진 두루마리에는 무릎 꿇고 기도하는 사람이 그려져 있어.</w:t>
      </w:r>
    </w:p>
    <w:p>
      <w:r>
        <w:rPr>
          <w:rFonts w:ascii="맑은 고딕" w:hAnsi="맑은 고딕" w:eastAsia="맑은 고딕" w:cs="맑은 고딕" w:hint="eastAsia"/>
        </w:rPr>
        <w:t xml:space="preserve">        </w:t>
      </w:r>
      <w:r>
        <w:rPr>
          <w:rFonts w:ascii="맑은 고딕" w:hAnsi="맑은 고딕" w:eastAsia="맑은 고딕" w:cs="맑은 고딕" w:hint="eastAsia"/>
          <w:highlight w:val="yellow"/>
        </w:rPr>
        <w:t>사자 문장 🦁 — 방패와 쿠션에 사자 문장이 보여. 사자굴 사건이 떠오르지?</w:t>
      </w:r>
    </w:p>
    <w:p>
      <w:r>
        <w:rPr>
          <w:rFonts w:ascii="맑은 고딕" w:hAnsi="맑은 고딕" w:eastAsia="맑은 고딕" w:cs="맑은 고딕" w:hint="eastAsia"/>
        </w:rPr>
        <w:t xml:space="preserve">        </w:t>
      </w:r>
      <w:r>
        <w:rPr>
          <w:rFonts w:ascii="맑은 고딕" w:hAnsi="맑은 고딕" w:eastAsia="맑은 고딕" w:cs="맑은 고딕" w:hint="eastAsia"/>
          <w:highlight w:val="yellow"/>
        </w:rPr>
        <w:t>잠긴 문 🚪 — 쇠창살 뒤 사자들이 보여도 하나님이 함께하신다는 평안이 느껴져.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방 배경 그림</w:t>
      </w:r>
    </w:p>
    <w:p>
      <w:r>
        <w:rPr>
          <w:rFonts w:ascii="맑은 고딕" w:hAnsi="맑은 고딕" w:eastAsia="맑은 고딕" w:cs="맑은 고딕" w:hint="eastAsia"/>
        </w:rPr>
        <w:t xml:space="preserve">- 그림 화풍: </w:t>
      </w:r>
      <w:r>
        <w:rPr>
          <w:rFonts w:ascii="맑은 고딕" w:hAnsi="맑은 고딕" w:eastAsia="맑은 고딕" w:cs="맑은 고딕" w:hint="eastAsia"/>
          <w:highlight w:val="yellow"/>
        </w:rPr>
        <w:t>따뜻한 색감의 동화풍 일러스트, 무섭지 않게, 아이가 탐험하고 싶은 분위기</w:t>
      </w:r>
    </w:p>
    <w:p>
      <w:r>
        <w:rPr>
          <w:rFonts w:ascii="맑은 고딕" w:hAnsi="맑은 고딕" w:eastAsia="맑은 고딕" w:cs="맑은 고딕" w:hint="eastAsia"/>
        </w:rPr>
        <w:t>- 코드 안에서는 먼저 방마다 다른 그라데이션 배경과 큰 이모지로 장면을 꾸며 주세요.</w:t>
      </w:r>
    </w:p>
    <w:p>
      <w:r>
        <w:rPr>
          <w:rFonts w:ascii="맑은 고딕" w:hAnsi="맑은 고딕" w:eastAsia="맑은 고딕" w:cs="맑은 고딕" w:hint="eastAsia"/>
        </w:rPr>
        <w:t xml:space="preserve">  같은 폴더의 images 폴더에 room1.webp ~ room5.webp가 있으면 그 그림을 배경으로 쓰게 해 주세요.</w:t>
      </w:r>
    </w:p>
    <w:p>
      <w:r>
        <w:rPr>
          <w:rFonts w:ascii="맑은 고딕" w:hAnsi="맑은 고딕" w:eastAsia="맑은 고딕" w:cs="맑은 고딕" w:hint="eastAsia"/>
        </w:rPr>
        <w:t>- 빛나는 물건 버튼 위치는 방마다 가로·세로 %(퍼센트) 좌표로 설정값에 넣어, 그림에 맞춰 옮기기 쉽게 해 주세요.</w:t>
      </w:r>
    </w:p>
    <w:p>
      <w:r>
        <w:rPr>
          <w:rFonts w:ascii="맑은 고딕" w:hAnsi="맑은 고딕" w:eastAsia="맑은 고딕" w:cs="맑은 고딕" w:hint="eastAsia"/>
        </w:rPr>
        <w:t>- 코드와 따로, 방 5개의 배경 그림 프롬프트(가로 16:9, 그림에 글자 넣지 않기, 단서 물건 3개가 잘 보이게)를 주세요.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디자인</w:t>
      </w:r>
    </w:p>
    <w:p>
      <w:r>
        <w:rPr>
          <w:rFonts w:ascii="맑은 고딕" w:hAnsi="맑은 고딕" w:eastAsia="맑은 고딕" w:cs="맑은 고딕" w:hint="eastAsia"/>
        </w:rPr>
        <w:t xml:space="preserve">- 바탕: </w:t>
      </w:r>
      <w:r>
        <w:rPr>
          <w:rFonts w:ascii="맑은 고딕" w:hAnsi="맑은 고딕" w:eastAsia="맑은 고딕" w:cs="맑은 고딕" w:hint="eastAsia"/>
          <w:highlight w:val="yellow"/>
        </w:rPr>
        <w:t>짙은 보랏빛 검정(#16141d)</w:t>
      </w:r>
      <w:r>
        <w:rPr>
          <w:rFonts w:ascii="맑은 고딕" w:hAnsi="맑은 고딕" w:eastAsia="맑은 고딕" w:cs="맑은 고딕" w:hint="eastAsia"/>
        </w:rPr>
        <w:t xml:space="preserve">, 강조색: </w:t>
      </w:r>
      <w:r>
        <w:rPr>
          <w:rFonts w:ascii="맑은 고딕" w:hAnsi="맑은 고딕" w:eastAsia="맑은 고딕" w:cs="맑은 고딕" w:hint="eastAsia"/>
          <w:highlight w:val="yellow"/>
        </w:rPr>
        <w:t>금색(#ffd57e)</w:t>
      </w:r>
      <w:r>
        <w:rPr>
          <w:rFonts w:ascii="맑은 고딕" w:hAnsi="맑은 고딕" w:eastAsia="맑은 고딕" w:cs="맑은 고딕" w:hint="eastAsia"/>
        </w:rPr>
        <w:t xml:space="preserve">, 글자: </w:t>
      </w:r>
      <w:r>
        <w:rPr>
          <w:rFonts w:ascii="맑은 고딕" w:hAnsi="맑은 고딕" w:eastAsia="맑은 고딕" w:cs="맑은 고딕" w:hint="eastAsia"/>
          <w:highlight w:val="yellow"/>
        </w:rPr>
        <w:t>크림색(#fff4d7)</w:t>
      </w:r>
    </w:p>
    <w:p>
      <w:r>
        <w:rPr>
          <w:rFonts w:ascii="맑은 고딕" w:hAnsi="맑은 고딕" w:eastAsia="맑은 고딕" w:cs="맑은 고딕" w:hint="eastAsia"/>
        </w:rPr>
        <w:t>- 큰 글씨, 큰 버튼, 세로 휴대폰 화면에서도 단서 버튼이 그림 밖으로 나가지 않게.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마무리 요청</w:t>
      </w:r>
    </w:p>
    <w:p>
      <w:r>
        <w:rPr>
          <w:rFonts w:ascii="맑은 고딕" w:hAnsi="맑은 고딕" w:eastAsia="맑은 고딕" w:cs="맑은 고딕" w:hint="eastAsia"/>
        </w:rPr>
        <w:t>1. 완성된 index.html 코드 전체를 한 번에 주세요. 중간에 생략하지 마세요.</w:t>
      </w:r>
    </w:p>
    <w:p>
      <w:r>
        <w:rPr>
          <w:rFonts w:ascii="맑은 고딕" w:hAnsi="맑은 고딕" w:eastAsia="맑은 고딕" w:cs="맑은 고딕" w:hint="eastAsia"/>
        </w:rPr>
        <w:t>2. 파일 저장 방법과 실행 방법(바탕화면에 저장 → 더블클릭)을 짧게 알려 주세요.</w:t>
      </w:r>
    </w:p>
    <w:p>
      <w:r>
        <w:rPr>
          <w:rFonts w:ascii="맑은 고딕" w:hAnsi="맑은 고딕" w:eastAsia="맑은 고딕" w:cs="맑은 고딕" w:hint="eastAsia"/>
        </w:rPr>
        <w:t>3. 교회 홈페이지나 Netlify에 올리는 방법도 3줄로 알려 주세요.</w:t>
      </w:r>
    </w:p>
    <w:p>
      <w:r>
        <w:rPr>
          <w:rFonts w:ascii="맑은 고딕" w:hAnsi="맑은 고딕" w:eastAsia="맑은 고딕" w:cs="맑은 고딕" w:hint="eastAsia"/>
        </w:rPr>
        <w:t xml:space="preserve">4. 성경 구절과 장절은 </w:t>
      </w:r>
      <w:r>
        <w:rPr>
          <w:rFonts w:ascii="맑은 고딕" w:hAnsi="맑은 고딕" w:eastAsia="맑은 고딕" w:cs="맑은 고딕" w:hint="eastAsia"/>
          <w:highlight w:val="yellow"/>
        </w:rPr>
        <w:t>개역개정</w:t>
      </w:r>
      <w:r>
        <w:rPr>
          <w:rFonts w:ascii="맑은 고딕" w:hAnsi="맑은 고딕" w:eastAsia="맑은 고딕" w:cs="맑은 고딕" w:hint="eastAsia"/>
        </w:rPr>
        <w:t xml:space="preserve"> 성경 기준으로 한 번 더 확인해 주세요.</w:t>
      </w:r>
    </w:p>
    <w:p/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24" w:lineRule="auto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